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001-040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allow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許す、可能にする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allowed students to use the library after class.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present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提示する、贈る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researcher presented the results at an international conference.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consider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考慮する、〜とみなす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We should consider several solutions before making a decision.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ensure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確実にする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checks help ensure that the machines remain safe to use.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予期する、期待する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Experts expect the population to continue growing for several years.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関係づける、関係する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article relates changes in climate to changes in farming.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require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必要とする、要求する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This job requires workers to communicate with people from many countries.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identify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特定する、識別する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identified several factors that affect sleep quality.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describe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説明する、描写する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guide described how the ancient building was constructed.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announce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発表する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announced a new plan to support small businesses.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involve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含む、関与させる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project involves collecting information from hundreds of local residents.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obtain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得る、入手する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Visitors can obtain more information at the front desk.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横たわる、位置する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small village lies at the foot of the mountain.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note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注意する、書き留める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notes that many families are using less electricity.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claim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主張する、要求する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claims that its new product uses less energy.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indicate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results indicate that regular exercise can improve memory.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form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形作る、形成する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small groups formed a new organization to protect the forest.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maintain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維持する、主張する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maintains a large collection of historical documents.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含む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This drink contains less sugar than most similar products.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publish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出版する、公表する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university publishes its research results online every year.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establish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設立する、確立する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established a new center for young people.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suffer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苦しむ、被る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people suffer from allergies during the spring.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achieve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達成する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achieved her goal after years of careful training.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avoid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避ける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Wearing a helmet can help cyclists avoid serious injuries.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seek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求める、探す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young people seek opportunities to study or work abroad.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determine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決定する、突き止める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team is trying to determine the cause of the problem.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occur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起こる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Most earthquakes occur near the boundaries of large plates.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〜する傾向がある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People tend to spend more time indoors during very hot weather.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represent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表す、代表する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red line on the map represents the new railway route.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treat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扱う、治療する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Doctors treated the patient with a new type of medicine.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recognize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認識する、見分ける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Doctors quickly recognized the signs of the disease.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exist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存在する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species exist only on this small island.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discuss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話し合う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students discussed how they could reduce food waste.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force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強制する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storm forced thousands of people to leave their homes.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place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置く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Workers placed warning signs around the dangerous area.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reflect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反映する、映す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survey reflects the opinions of people from different age groups.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argue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主張する、議論する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scientists argue that the change is caused by human activity.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admit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認める、入れる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admitted that it had made a serious mistake.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証明する、〜と分かる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experiment proved that the new method was more effective.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assume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仮定する、思い込む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We should not assume that everyone has access to the Internet.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041-080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2/25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replace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取り替える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plans to replace old buses with electric ones.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confirm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確認する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test confirmed that the water was safe to drink.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mention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言及する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speaker mentioned several problems facing local farmers.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demand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要求する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Local residents demanded stronger action against air pollution.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意図する、〜するつもりである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intends to open three new stores next year.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stare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じっと見る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child stared at the strange animal for several minutes.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discover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発見する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discovered a new species in the deep ocean.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attempt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試みる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team attempted to cross the desert without outside support.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prevent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防ぐ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Simple safety rules can prevent many accidents at work.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associate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関連づける、付き合う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People often associate this region with traditional food.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refuse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拒む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refused to answer questions about the incident.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気にかける、世話をする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people care deeply about protecting wild animals.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regard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〜とみなす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people regard clean water as a basic human right.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voice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表明する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residents voiced concerns about the new development plan.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lay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置く、横たえる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laid the books carefully on the table.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employ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雇う、用いる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factory employs more than two hundred local workers.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reveal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明らかにする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investigation revealed several weaknesses in the system.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issue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発行する、出す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issued new guidelines for schools.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operate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操作する、作動する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machine can operate for several hours without stopping.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release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解放する、発売する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will release a cheaper version of the product next month.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述べる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states that air quality has improved since 2020.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emerge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現れる、明らかになる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New evidence emerged during the investigation.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enable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可能にする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New technology enables doctors to examine patients from a distance.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aim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目指す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program aims to reduce the amount of plastic waste.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extend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延長する、広げる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decided to extend the walking path along the river.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deny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否定する、拒否する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denied causing damage to the nearby river.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arise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生じる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Problems may arise when too many people use the service at once.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appoint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任命する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mayor appointed a scientist to lead the new committee.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define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定義する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law defines a child as anyone under the age of eighteen.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supply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供給する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Local farms supply fresh vegetables to many school cafeterias.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examine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調べる、検査する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examined the samples under a powerful microscope.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observe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観察する、守る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observed the birds for several months.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sign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署名する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Both sides signed the agreement after months of discussion.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reply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返事をする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replied that she needed more time to make a decision.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出席する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More than 500 people attended the environmental conference.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ignore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無視する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people ignore warning signs until a problem becomes serious.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得る、増す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Students can gain useful experience by taking part in volunteer work.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link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結びつける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study links lack of sleep to poor concentration.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adopt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採用する、養子にする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schools adopted the new teaching method last year.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propose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提案する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committee proposed several ways to improve public transportation.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081-120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3/25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settle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解決する、定住する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immigrants settled in the area during the nineteenth century.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評価する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committee assessed the risks before approving the new plan.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strike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打つ、襲う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powerful earthquake struck the region early in the morning.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consist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成り立つ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book consists of twelve short chapters.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押す、迫る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Press this button to start the machine.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contribute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貢献する、寄付する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exercise can contribute to better mental health.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respond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応答する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responded quickly to the sudden shortage of food.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reject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拒絶する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editor rejected the article because it lacked reliable evidence.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arrange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手配する、並べる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arranged transportation for students visiting the museum.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impose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課す、押しつける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imposed strict limits on water use during the drought.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concentrate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集中する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It is difficult to concentrate when the room is noisy.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vary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変化する、異なる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amount of rainfall varies greatly from region to region.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lift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持ち上げる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workers lifted the heavy box onto the truck.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warn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警告する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Doctors warn that too little sleep can harm your health.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approach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近づく、取り組む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are approaching the problem from several different angles.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address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対処する、話しかける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policy addresses several problems faced by working parents.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acquire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得る、習得する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Children acquire language naturally by listening to people around them.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declare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宣言する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country declared the area a protected national park.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commit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犯す、専念する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organization committed itself to protecting endangered species.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divide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teacher divided the class into four small groups.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demonstrate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実演する、示す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experiment demonstrates how quickly the material changes in heat.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head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向かう、率いる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hikers headed toward the village before sunset.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grant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与える、認める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granted the researchers permission to enter the area.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nod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うなずく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nodded to show that she understood the question.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prefer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より好む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consumers prefer products that can be reused.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attack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攻撃する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Wild animals sometimes attack when they feel threatened.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threaten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脅す、〜の恐れがある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Rising sea levels threaten communities along the coast.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combine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組み合わせる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researchers combined data from several different studies.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insist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主張する、言い張る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doctor insisted that the patient remain in the hospital overnight.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shout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叫ぶ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shouted for help when he saw smoke coming from the house.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launch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開始する、発売する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launched a campaign to reduce packaging waste.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undertake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引き受ける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organization undertook a major project to restore the wetland.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limit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制限する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law limits the amount of waste factories can produce.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account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説明する、占める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Small businesses account for a large share of local employment.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promote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促進する、昇進させる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program promotes healthy eating among young people.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contact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連絡する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Please contact the office if you need further information.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V099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measure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測る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measured the temperature of the water at different depths.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recall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思い出す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 cannot recall where I first heard that story.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retain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保持する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retained several original parts of the old building.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secure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確保する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team secured enough funding to continue the research.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121-160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4/25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transfer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移す、乗り換える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hospital transferred the patient to a larger medical center.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derive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由来する、引き出す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word derives from an ancient Greek expression.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conclude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結論づける、終える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concludes that the program has been successful.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elect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選出する、選ぶ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members elected her chairperson of the committee.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display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展示する、示す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displays objects from many different periods of history.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match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合う、匹敵する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This color matches the walls of the room very well.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illustrate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説明する、例示する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graph illustrates how energy use has changed over time.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matter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重要である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Small changes can matter when millions of people make them.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imply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暗示する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results imply that the problem is more serious than expected.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persuade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説得する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campaign persuaded many people to use public transportation.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direct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向ける、指揮する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guide directed visitors toward the main entrance.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estimate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見積もる、推定する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Experts estimate that the project will cost ten million dollars.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escape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逃げる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families escaped from the building before the fire spread.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recover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回復する、取り戻す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forest is slowly recovering from the damage caused by the fire.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generate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生み出す、発生させる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factory is expected to generate hundreds of jobs.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score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得点する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scored the winning goal in the final minute of the game.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investigate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調査する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Police are investigating the cause of the accident.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slip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slipped on the wet floor and hurt his arm.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advise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助言する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Doctors advise people to exercise regularly and eat a balanced diet.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emphasize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強調する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emphasizes the importance of early education.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afford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余裕がある、買う余裕がある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families cannot afford to buy a home in the city center.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ひどく嫌う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children hate waiting in long lines.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earn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稼ぐ、得る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earns enough money to support her family.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attach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取り付ける、添付する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Please attach the document to your email before sending it.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inform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知らせる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website informs users about changes to the service.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house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収容する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building houses a library, a museum, and several offices.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頼る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small farms rely on seasonal workers during the harvest.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lean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寄りかかる、傾く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leaned against the wall while waiting for the train.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succeed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成功する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plan succeeded because local residents supported it.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roll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転がる、転がす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ball rolled down the hill and into the river.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approve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承認する、賛成する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council approved the proposal after a long debate.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accompany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同行する、伴う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guide accompanied the students during their visit to the factory.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fear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恐れる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people fear that the new technology will replace jobs.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accuse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非難する、告発する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newspaper accused the company of hiding important information.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vote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投票する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Citizens will vote on the issue next month.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bind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縛る、結びつける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Strong social ties can bind a community together.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conduct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行う、導く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university conducted a survey of more than a thousand students.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explore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探検する、調査する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are exploring new ways to store renewable energy.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cope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対処する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Families had to cope with a long period without electricity.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steal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盗む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Someone stole several computers from the school last night.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161-200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5/25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コメントする、意見を述べる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scientist commented on the results during the interview.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engage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従事させる、関与する、引きつける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program engages students in solving real community problems.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exclude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除外する、締め出す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study excluded children under the age of ten.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quote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引用する、値段を提示する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article quotes several scientists who disagree with the policy.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stretch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伸ばす、伸びる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Stretch your legs after sitting for a long time.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acknowledge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認める、受け取ったことを知らせる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acknowledged that the system needed improvement.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withdraw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撤回する、引き出す、（製品を）市場から引き上げる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withdrew the product after several safety problems were reported.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dismiss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退ける、解雇する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judge dismissed the case because there was not enough evidence.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支持する、後押しする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experts backed the new environmental policy.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incorporate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取り入れる、組み込む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design incorporates several ideas suggested by users.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fix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修理する、固定する、決める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mechanic fixed the broken engine in less than an hour.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interpret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解釈する、通訳する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Different readers may interpret the same story in different ways.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justify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正当化する、理由を示す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tried to justify the higher price by pointing to better quality.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proceed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進む、続行する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meeting proceeded as planned despite the heavy snow.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pursue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追求する、追いかける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scientist pursued the question for more than twenty years.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separate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分ける、分離する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separates food waste from other kinds of garbage.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switch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切り替える、交換する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households have switched from paper bills to online statements.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強調する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stresses the need to protect children's privacy online.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appreciate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感謝する、正しく理解する、価値を認める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We appreciate your efforts to reduce waste at the event.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alter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変える、変わる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altered the design after receiving customer feedback.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benefit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利益を与える、恩恵を受ける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road will benefit communities in remote areas.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analyze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analyzed data collected over a ten-year period.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lack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欠いている、不足している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rural areas lack enough doctors and nurses.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arrest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逮捕する、止める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Police arrested two people in connection with the theft.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occupy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占める、占有する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station will occupy a large part of the old market site.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bother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悩ませる、わざわざ～する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noise from the construction site bothered nearby residents.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permit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許可する、認める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rules permit students to use the gym after school.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defend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守る、弁護する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lawyer defended the company against the accusations.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surround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囲む、取り囲む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High mountains surround the small village.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expand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拡大する、広がる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plans to expand the subway system over the next decade.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abandon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捨てる、断念する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team abandoned the climb because of severe weather.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implement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実施する、実行する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implemented a new system for reducing food waste.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blame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非難する、責任を負わせる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People often blame traffic for the city's air pollution.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possess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所有する、備えている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animal possesses several features that help it survive in cold climates.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complain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不平を言う、訴える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Residents complained about the noise from the new airport.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review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見直す、再検討する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committee will review the policy again next year.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construct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建設する、構成する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Workers constructed the bridge in less than three years.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適する、似合う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This schedule suits students who prefer to study in the evening.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V180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dominate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支配する、優勢を占める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few large companies dominate the local market.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assist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助ける、援助する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Volunteers assisted elderly residents during the flood.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201-240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6/25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calculate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計算する、見積もる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engineer calculated how much energy the new system would save.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preserve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保存する、保護する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works to preserve traditional crafts for future generations.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glance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ちらりと見る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glanced at the clock before leaving the room.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sort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分類する、整理する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workers sorted the materials into different recycling bins.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mix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混ぜる、混ざる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Mix the two liquids carefully before heating them.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struggle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苦闘する、もがく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small companies struggle to compete with large international firms.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question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質問する、疑問視する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experts question whether the plan will really reduce pollution.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投げる、役に配する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director cast a young actor in the leading role.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resolve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解決する、決心する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two sides met again to resolve the dispute.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invest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投資する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invested heavily in cleaner technology.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suspect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疑う、～ではないかと思う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Police suspect that the fire was started deliberately.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鍵をかける、固定する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Remember to lock the door when you leave the building.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appeal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訴える、魅力を感じさせる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charity appealed to the public for more support.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owe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借りている、～のおかげである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 owe much of my success to the support of my teachers.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reckon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考える、見積もる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Experts reckon that the bridge will last for another fifty years.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pour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注ぐ、激しく降る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poured hot water into the cup.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restore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元に戻す、回復させる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restored the old theater and reopened it to the public.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shift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移す、変える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shifted its focus from cars to renewable energy.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restrict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制限する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law restricts the use of certain chemicals near rivers.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prohibit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（法律・規則で）禁止する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law prohibits stores from selling the product to children.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specify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明示する、指定する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instructions specify how the machine should be operated safely.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purchase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購入する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Consumers can purchase tickets online or at the station.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constitute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構成する、～に当たる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Women constitute nearly half of the company's workforce.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race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競走する、急いで進む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runners raced toward the finish line.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convert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変える、転換する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factory converted waste materials into useful products.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retire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退職する、引退する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retired from teaching after more than thirty years.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distinguish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区別する、見分ける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Young children may have difficulty distinguishing fact from opinion.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曲げる、曲がる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strong wind bent several trees near the coast.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submit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提出する、服従する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Applicants must submit all documents by the end of the month.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breathe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呼吸する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Fish need clean water in order to breathe properly.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urge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強く勧める、促す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Doctors urge people to seek help when symptoms become serious.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日付を付ける、年代を定める、交際する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dated the object to about two thousand years ago.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criticize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批判する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groups criticized the government for acting too slowly.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monitor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監視する、観察する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hospital monitors patients closely after major surgery.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feature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特徴として取り上げる、主演させる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documentary features scientists working in the Arctic.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register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登録する、記録する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You must register online before attending the event.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locate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位置を突き止める、置く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Rescue teams located the missing hikers late that evening.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resist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抵抗する、こらえる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bacteria can resist commonly used medicines.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predict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予測する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predict that summers will become hotter in the future.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behave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振る舞う、行儀よくする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Children often behave differently when they are tired.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241-280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7/25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comprise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～から成る、構成する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committee comprises experts from several different fields.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split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分ける、分裂する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group split into smaller teams to search the area.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decline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減少する、断る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number of visitors declined sharply during the winter.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whisper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ささやく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whispered the answer so that no one else could hear.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detect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見つける、検知する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device can detect very small changes in temperature.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保証する、安心させる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doctor assured him that the treatment was safe.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finance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資金を提供する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bank agreed to finance the construction of the new hospital.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award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授与する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awarded prizes to students who completed the project.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overcome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克服する、打ち勝つ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overcame many difficulties before completing the project.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bury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埋める、葬る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villagers buried the old time capsule under a tree.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range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範囲が及ぶ、並ぶ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price of the product ranges from twenty to fifty dollars.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capture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捕らえる、記録する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camera captured images of animals moving at night.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swing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揺れる、振る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branches swung back and forth in the strong wind.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deserve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～に値する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work deserves more attention from the public.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differ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異なる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two studies differ in the way they collected data.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distribute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配る、分配する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organization distributes food to families in need.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drag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引きずる、引っぱる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workers dragged the heavy equipment across the floor.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doubt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疑う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Few scientists doubt that the climate is changing.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guarantee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保証する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guarantees that the product will last for five years.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enhance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高める、向上させる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practice can enhance your ability to communicate clearly.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oppose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反対する、対抗する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residents opposed the construction of the new highway.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phone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電話をかける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 phoned the office to confirm the meeting time.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pause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一時停止する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speaker paused for a moment before answering the question.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sweep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掃く、一掃する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Strong winds swept leaves across the road.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resign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辞職する、辞任する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minister resigned after accepting responsibility for the mistake.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tackle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取り組む、立ち向かう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is trying to tackle the problem of empty houses.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rush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急ぐ、急いで行く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People rushed outside when they heard the alarm.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advance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進める、前進する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New medical research may advance our understanding of the disease.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compete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競争する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companies are competing to develop cheaper batteries.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cease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やめる、終わる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factory ceased production after the accident.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expose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さらす、暴露する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exposed serious problems in the food industry.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concern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関係する、心配させる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issue concerns the safety of children using social media.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found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設立する、創設する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university was founded more than a hundred years ago.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exceed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超える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Demand for clean energy now exceeds the available supply.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install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設置する、導入する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installed solar panels on the roofs of public buildings.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qualify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資格を得る、条件を満たす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Students must qualify for the program by passing an entrance test.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mount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取り付ける、増加する、上る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Public concern mounted as the river continued to rise.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slide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滑る、滑らせる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child slid across the ice and fell.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negotiate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交渉する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two countries agreed to negotiate a new trade agreement.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strengthen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強める、強化する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project aims to strengthen cooperation between local schools.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281-320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8/25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transform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変える、変形させる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Digital technology has transformed the way people communicate.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donate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寄付する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Local companies donated food and blankets to the shelter.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favor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好む、支持する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Most voters favor the plan to protect the coastal area.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snap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ぽきっと折る、急に言う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strong wind snapped several branches during the storm.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grab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つかむ、ひったくる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grabbed her bag and ran toward the station.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absorb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吸収する、夢中にさせる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Plants absorb water and minerals through their roots.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participate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参加する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More than fifty schools participated in the science program.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amount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合計で～になる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total cost amounts to nearly five thousand dollars.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perceive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知覚する、理解する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People often perceive risk differently depending on their experience.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block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ふさぐ、妨げる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Fallen trees blocked the road for several hours.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提起する、ポーズを取る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rapid growth of cities poses serious environmental problems.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characterize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特徴づける、～の特徴を述べる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region is characterized by long, cold winters.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satisfy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満足させる、満たす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service is designed to satisfy the needs of older users.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confine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限定する、閉じ込める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study was confined to people over the age of sixty.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scream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叫ぶ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child screamed when he saw the large insect.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delay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遅らせる、延期する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Bad weather delayed the flight for nearly three hours.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smoke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煙を出す、喫煙する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law bans people from smoking inside restaurants.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encounter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遭遇する、直面する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Hikers sometimes encounter wild animals in this area.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sustain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維持する、支える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organization could not sustain the program without more funding.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entitle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権利を与える、題名を付ける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Winning the contest entitled her to a free trip abroad.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tear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引き裂く、破れる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Be careful not to tear the thin paper.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pretend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～のふりをする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pretended not to notice the mistake.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adapt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適応する、適合させる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Animals must adapt to changes in their environment.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request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依頼する、要求する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Residents requested more buses during the morning rush hour.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adjust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調整する、適応する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adjusted its schedule after the delay.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rid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(rid A of B で)AからBを取り除く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system helps farmers rid the fields of harmful insects.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禁止する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banned cars from the central square on weekends.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sail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航海する、帆走する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 team sailed across the Pacific to study ocean currents.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consult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相談する、参照する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You should consult a doctor if the pain continues.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たどる、突き止める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traced the pollution to a factory upstream.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掘る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Workers dug a deep hole to examine the soil.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取引する、交換する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two countries trade agricultural products with each other.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乾かす、乾く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Leave the clothes outside to dry in the sun.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cite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引用する、例として挙げる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cites several studies supporting the new policy.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highlight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強調する、目立たせる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highlights the growing need for clean water.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flow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流れる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Water flows through the narrow channel into the lake.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V299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outline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概略を述べる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speaker outlined three possible solutions to the problem.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fulfill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果たす、満たす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program fulfilled its goal of helping more children attend school.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reinforce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強化する、補強する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rules reinforce existing safety standards.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lower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下げる、低くする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lowered its prices to attract more customers.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321-360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9/25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process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処理する、加工する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factory processes used plastic into new materials.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和らげる、楽にする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medicine helped ease the patient’s pain.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react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反応する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Children react differently to sudden changes in their environment.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eliminate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取り除く、排除する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hopes to eliminate plastic bags from public events.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seize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つかむ、押収する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Police seized a large amount of illegal goods at the port.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evaluate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評価する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evaluated the program after its first year.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allocate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割り当てる、配分する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allocated more money to rural hospitals.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conserve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（資源を）節約する、保護する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project aims to conserve water during the dry season.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burst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破裂する、突然～し始める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pipe burst after the temperature fell below zero.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remark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述べる、言及する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One scientist remarked that the results were unexpected.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defeat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打ち負かす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home team defeated its strongest rival in the final.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suspend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一時停止する、つるす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suspended outdoor activities because of the heat.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double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2倍にする、2倍になる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plans to double its use of renewable energy.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weigh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重さを量る、よく考える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Doctors must weigh the benefits and risks of each treatment.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exploit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利用する、搾取する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companies exploit natural resources without protecting the environment.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attribute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～のせいにする、～に帰する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attributed the decline to changes in the local environment.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fund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資金を提供する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Private donations fund most of the organization’s activities.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balance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釣り合わせる、両立させる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parents struggle to balance work and family life.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govern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統治する、左右する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Laws govern how personal information can be collected and used.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賭ける、きっと～だと思う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 bet the train will be crowded during the holiday.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injure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傷つける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passengers were injured in the accident.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bound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4"/>
              </w:rPr>
              <w:t>(be bound to do で)必ず～する、～するはずだ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If we continue to waste resources, serious problems are bound to occur.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protest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抗議する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Thousands of people protested against the new law.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condemn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非難する、有罪とする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international community condemned the attack.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sigh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ため息をつく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sighed with relief when the test was over.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convince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納得させる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evidence convinced the committee to change its decision.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stir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かき混ぜる、動かす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Stir the soup slowly until all the ingredients are mixed.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dare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あえて～する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Few people dared to cross the river during the storm.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undergo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経験する、受ける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patient underwent surgery early the next morning.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devise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考案する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Engineers devised a simple way to reduce energy use.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wander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歩き回る、さまよう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tourists wandered through the old streets for several hours.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free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解放する、自由にする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rescuers freed the animal from the net.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anticipate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予期する、予想する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anticipate further changes in the region’s climate.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gaze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じっと見る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Visitors gazed at the stars through a large telescope.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collapse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崩壊する、倒れる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Part of the roof collapsed under the weight of the snow.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inspire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刺激する、奮い立たせる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teacher inspired her to become a scientist.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compose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構成する、作曲する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committee is composed of teachers, parents, and local residents.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modify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修正する、変更する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modified the product to make it easier to use.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confront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直面する、立ち向かう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Communities must confront the problems caused by an aging population.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murder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殺害する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man was accused of murdering two people.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361-400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10/25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prompt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促す、引き起こす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discovery prompted scientists to conduct further research.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swallow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飲み込む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child swallowed the medicine with a glass of water.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reverse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逆にする、撤回する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court reversed the earlier decision.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tap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軽くたたく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tapped the screen to open the map.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rub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こする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Rub the surface gently with a soft cloth.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yield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生み出す、譲る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farming method can yield more food with less water.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spot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見つける、見分ける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spotted a rare bird near the lake.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accommodate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収容する、対応する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hotel can accommodate up to three hundred guests.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swear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誓う、ののしる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swore that he had told the truth.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assert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断言する、主張する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scientist asserted that the evidence was reliable.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decrease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（数量・程度が）減る、減らす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number of accidents decreased after the city improved the road.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await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待つ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difficult tasks still await the research team.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wind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巻く、曲がりくねる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narrow road winds through the mountains.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book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予約する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We booked our train tickets several weeks in advance.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admire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賞賛する、感心する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people admire her work to protect endangered animals.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追いかける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police chased the car for several kilometers.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bite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かむ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dog bit the man's hand when it became frightened.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comply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従う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All factories must comply with the new safety rules.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crash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衝突する、墜落する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car crashed into a tree beside the road.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copy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写す、複製する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Students copied the information into their notebooks.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disturb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邪魔する、乱す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Loud music can disturb people who are trying to sleep.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devote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ささげる、充てる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devoted much of her life to helping children in poor communities.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greet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あいさつする、迎える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Local children greeted the visitors with flowers.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evolve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発達する、進化する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technology has evolved rapidly over the past twenty years.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hesitate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ためらう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hesitated before accepting the difficult assignment.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flee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逃げる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Thousands of people fled the area before the storm arrived.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induce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引き起こす、誘導する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Stress can induce changes in both the body and the mind.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forgive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許す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eventually forgave him for his mistake.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integrate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統合する、溶け込ませる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tries to integrate technology into everyday lessons.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initiate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開始する、始める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initiated a new recycling program last spring.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inhabit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生息する、居住する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rare birds inhabit the forests near the lake.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interrupt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中断する、さえぎる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Please do not interrupt while someone else is speaking.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～に沿って並ぶ、線を引く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Trees line both sides of the road leading to the temple.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leap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跳ぶ、急増する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Sales leaped after the product received a major award.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load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積む、読み込む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Workers loaded the boxes onto the truck before noon.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consume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消費する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Modern buildings consume less energy than older ones.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recycle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再利用する、リサイクルする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cities recycle paper and plastic to reduce waste.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risk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危険にさらす、あえて～する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Companies risk losing customers if they ignore safety concerns.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V380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render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～の状態にする、表現する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treatment rendered the virus harmless.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V400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calm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落ち着かせる／落ち着く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teacher calmed the students after the sudden alarm.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401-440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11/25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V401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spill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こぼす／こぼれる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Be careful not to spill the hot soup on the table.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value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価値、価額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painting was sold for far more than its estimated value.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V402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panic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慌てる、パニックになる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Some people panic when they face an unexpected emergency.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行為、法律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Clean Air Act placed stricter limits on factory emissions.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V403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tie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結ぶ、縛る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tied the package with a strong piece of string.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decision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決定、判断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decision to study abroad changed the direction of her career.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V404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apologize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謝る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apologized for sending customers the wrong information.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industry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産業、業界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tourism industry provides thousands of jobs on the island.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状態、国家・州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After the earthquake, several buildings were left in a dangerous state.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church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教会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church was built more than three hundred years ago.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interest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関心、興味、利子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interest in science grew after she joined the school club.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sort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種類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This sort of material can be reused instead of being thrown away.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form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形、形式、用紙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Applicants must submit the form by the end of the month.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organization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組織、団体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organization sends medical teams to areas affected by disasters.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council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評議会、議会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council voted to protect the old market.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department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部門、学科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 department is testing a battery that lasts twice as long.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policy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政策、方針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Under the new policy, employees may work from home twice a week.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management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管理、経営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Good water management is essential in regions that receive little rain.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court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裁判所、法廷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dispute ended when the court ruled in favor of the residents.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committee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委員会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special committee was formed to investigate the accident.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effect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効果、影響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exercise has a positive effect on both sleep and mood.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evidence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証拠、根拠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discovery provided strong evidence that people had lived there much earlier.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authority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権限、当局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Only the safety authority can approve the use of the new equipment.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union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組合、連合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workers' union asked the company to improve safety conditions.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minister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大臣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education minister promised more support for schools in rural areas.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range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範囲、幅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device can measure temperatures across a wide range.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割合、率、料金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survival rate improved after doctors introduced the new treatment.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貿易、取引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International trade allows countries to obtain resources they do not produce themselves.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用語、期間、条件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term 'microplastic' refers to very small pieces of plastic.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account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口座、説明、勘定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opened a bank account to save money for university.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community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地域社会、共同体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local festival brought people from different parts of the community together.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training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訓練、研修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New employees receive two weeks of safety training before entering the factory.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費用、代価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Rising fuel prices have increased the cost of transporting food.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relationship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関係、関連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found a relationship between air quality and children's health.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issue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問題、論点、号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Access to clean water remains a serious issue in some regions.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pound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ポンド（通貨・重量）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paid nearly a million pounds for the rare painting.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process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過程、工程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Recycling glass is a process that can save both energy and raw materials.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tax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税、税金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reduced the tax on electric cars to encourage cleaner transport.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force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力、勢力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force of the wind was strong enough to damage several roofs.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model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模型、型、モデル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built a computer model to predict how the storm might move.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441-480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12/25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structure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構造、仕組み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bridge's unusual structure allows it to withstand strong winds.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standard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基準、標準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All drinking water must meet strict safety standards.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unit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単位、部隊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meter is the basic unit of length in the metric system.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factor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要因、要素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Cost is an important factor when families choose where to live.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approach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方法、接近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adopted a different approach to teaching science.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pattern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型、傾向、模様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data revealed a clear pattern of rising temperatures.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scheme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計画、制度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introduced a bicycle-sharing scheme near major stations.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knowledge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知識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Traditional knowledge helped the villagers identify useful plants.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chapter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final chapter explains how the invention changed modern medicine.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basis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基礎、根拠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decision was made on the basis of data collected over ten years.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theory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理論、説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evidence supports the theory that the animals migrated south.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series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一連、シリーズ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series of small earthquakes struck the region during the night.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property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財産、性質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fire destroyed most of the family's property.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analysis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分析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detailed analysis showed that the river was becoming more polluted.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director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取締役、監督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director of the museum decided to extend its opening hours.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thought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考え、思考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thought of living alone in another country made him nervous at first.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firm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会社、企業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small local firm developed the software used by the hospital.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region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地域、地方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Coffee is one of the most important crops grown in the region.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production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生産、製作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Food production fell after the region experienced a long drought.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関係、関連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appears to be a close relation between diet and heart disease.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operation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運営、作業、手術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rescue operation continued throughout the night.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statement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声明、記述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issued a statement apologizing for the delay.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share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分け前、株式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bought a small share of the company when it first went public.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demand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需要、要求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Demand for clean energy has increased rapidly in recent years.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agreement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合意、協定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two countries reached an agreement to reduce plastic waste in the ocean.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labor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労働、労働力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farm depends heavily on seasonal labor during the harvest.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contract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契約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builder signed a contract to complete the school by March.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principle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原則、原理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machine works on the same principle as a simple water pump.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security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安全、保障、証券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Airport security became stricter after the incident.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capital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首都、資本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needs additional capital to build a second factory.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election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選挙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Young voters played an important role in the national election.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film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映画、フィルム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documentary film follows a scientist working in Antarctica.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source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源、情報源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pollution came from a factory that was identified as the main source.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association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協会、関連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study found an association between smoking and reduced lung function.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損失、喪失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loss of wetlands has reduced the number of birds in the area.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attempt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試み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Their first attempt to cross the river ended when the boat developed a leak.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benefit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利益、恩恵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One benefit of public transport is that it reduces traffic.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income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収入、所得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families spend more than a third of their income on housing.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purpose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目的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purpose of the survey was to learn how residents use the park.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individual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個人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Each individual reacts differently to stress.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481-520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13/25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difficulty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困難、難しさ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One difficulty with the plan is finding enough trained workers.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concern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懸念、関心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decline in bee populations is a growing concern for farmers.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cell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細胞、小部屋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human body contains trillions of cells.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element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要素、元素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Carbon is an element found in all living things.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growth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成長、増加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Rapid population growth has placed pressure on the city's water supply.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duty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義務、職務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It is the nurse's duty to record each patient's condition accurately.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treatment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治療、扱い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Early treatment can greatly improve a patient's chance of recovery.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increase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増加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reported a sharp increase in bicycle use after the new lanes opened.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mile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マイル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nearest hospital is more than twenty miles from the village.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claim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主張、要求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advertisement makes the claim that the product can reduce energy use by half.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county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郡、州内の行政区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county is responsible for maintaining local roads and public schools.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fund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基金、資金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special fund was created to help families affected by the fire.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function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機能、役割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One function of the roots is to absorb water from the soil.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aspect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側面、観点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Cost is only one aspect of choosing a new energy source.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provision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供給、規定、備え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agreement includes a provision requiring regular safety inspections.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chairman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議長、会長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chairman opened the meeting by thanking the volunteers.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risk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危険、リスク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People living near the volcano face a higher risk of losing their homes.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discussion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議論、話し合い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proposal led to a long discussion about how the park should be used.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task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課題、仕事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Measuring every tree in the forest would be an enormous task.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institution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機関、制度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university is one of the country's oldest educational institutions.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behavior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行動、振る舞い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observed changes in the animals' behavior after sunset.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profit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利益、利潤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used part of its profit to improve employee training.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defense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防御、防衛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walls were built as a defense against attacks from the sea.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conference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会議、協議会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from twenty countries attended the climate conference.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resource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資源、資料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Fresh water is a limited resource in many dry countries.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division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分割、部門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health division collects data on infectious diseases.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style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様式、スタイル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building combines a traditional style with modern materials.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measure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措置、測定、尺度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Closing the beach was a temporary measure to protect swimmers from pollution.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army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陸軍、軍隊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army was sent to help rescue people after the flood.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commission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委員会、手数料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An independent commission examined the causes of the train accident.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economy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経済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Tourism is a major part of the island's economy.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地位、職、郵便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accepted a teaching post at a university in Canada.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investment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投資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made a large investment in renewable energy.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procedure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手順、手続き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laboratory follows a strict procedure when handling dangerous chemicals.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argument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議論、主張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His main argument is that public libraries benefit the whole community.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proposal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提案、計画案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Residents opposed the proposal to build a highway through the forest.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responsibility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責任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Parents have a responsibility to make sure young children travel safely.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circumstance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状況、事情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Under normal circumstances, the journey takes about two hours.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N096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bill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請求書、法案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restaurant bill included a ten-percent service charge.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client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顧客、依頼人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lawyer advised her client not to sign the document immediately.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521-560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14/25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画像、印象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Satellite images show how quickly the ice has disappeared.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surface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表面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Tiny cracks appeared on the surface of the bridge.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oil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油、石油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country exports most of the oil it produces.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blood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血液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Blood carries oxygen throughout the body.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sector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部門、分野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Employment in the technology sector has grown steadily.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return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帰還、返却、収益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investor received a higher return than expected.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attack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攻撃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website stopped working after a cyber attack.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television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テレビ、テレビ放送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Television brought images of the disaster into homes around the world.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attitude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態度、考え方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Public attitudes toward electric cars have changed as battery technology has improved.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棒、酒場、障害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metal bar was placed across the door for extra security.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disease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病気、疾患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disease spreads mainly through contaminated water.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competition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競争、競技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Competition between the two companies has led to lower prices.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employment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雇用、就職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factory created employment for hundreds of local residents.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extent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程度、範囲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are still uncertain about the full extent of the damage.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affair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事柄、出来事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newspaper described the incident as a serious political affair.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majority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大多数、過半数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majority of residents supported the plan to expand the park.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appeal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訴え、魅力、上訴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old town has a special appeal for visitors interested in history.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parliament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議会、国会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Parliament passed the law after months of debate.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ability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能力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test measures a child's ability to recognize patterns.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access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利用・接近の機会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bridge gives rural communities better access to hospitals.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campaign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運動、キャンペーン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campaign encouraged people to use less plastic.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text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文章、本文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teacher asked students to identify the author's main idea in the text.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item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項目、品目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Each item on the checklist must be inspected before departure.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cause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原因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Heavy rain was the main cause of the flood.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medium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媒体、手段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Radio remains an important medium for sharing information in remote areas.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payment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支払い、支払額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Payment must be made within thirty days of receiving the bill.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pupil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生徒、児童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Each pupil received a tablet for use in class.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context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文脈、背景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meaning of the word becomes clear when it is read in context.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technique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技法、技術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artist developed a new technique for printing on recycled paper.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facility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施設、設備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 facility contains laboratories for studying infectious diseases.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version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版、型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latest version of the software includes stronger security features.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reference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参照、言及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makes several references to earlier climate studies.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drug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薬、薬物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drug reduced symptoms in most patients who took part in the trial.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article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記事、品物、条項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An article in the science magazine described the discovery in simple language.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報道機関、新聞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press reported the discovery before the scientists published their full results.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importance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重要性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experiment demonstrated the importance of clean water for plant growth.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sales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販売、売上高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Online sales increased sharply during the holiday season.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object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物体、対象、目的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strange object was found at the bottom of the lake.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advantage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利点、有利な点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major advantage of solar power is that it produces no air pollution while operating.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agency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機関、代理店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space agency plans to send a new probe to Mars.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561-600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15/25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collection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収集、収集物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museum's collection includes tools used by farmers two centuries ago.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whole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全体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We need to understand the whole before focusing on individual parts.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means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手段、方法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For many islanders, boats are the only means of transportation.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aid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援助、助け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International aid arrived within days of the earthquake.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planning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計画、企画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Careful planning helped the city avoid serious traffic problems during the festival.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arrangement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手配、配置、合意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made an arrangement with a local farm to provide fresh vegetables.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possibility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可能性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is a real possibility that the species will disappear from the island.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concept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概念、考え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concept of recycling is easy to understand but not always easy to practice.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public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一般の人々、公衆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will open the newly restored rooms to the public next month.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executive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幹部、経営者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senior executive visited the factory to discuss the safety problems.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document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文書、書類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document explains the rules for using the new service.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network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網、ネットワーク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railway network connects small towns with the capital.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supply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供給、供給量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Heavy snow interrupted the town's food supply for several days.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occasion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機会、場合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 one occasion, the river rose more than three meters in a single night.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budget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予算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spent most of its budget on repairing old buildings.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railway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鉄道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railway reduced travel time between the two cities by nearly half.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career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職業、生涯の仕事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career in medicine began in a small rural clinic.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target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目標、標的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set a target of cutting emissions by 30 percent.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software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ソフトウェア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hospital uses special software to manage patient records.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lack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不足、欠如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lack of trained doctors is a serious problem in remote areas.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weight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重さ、重量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bridge has a limit on the weight of vehicles that may cross it.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sex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性、性別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study compared health outcomes by age and sex.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damage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損害、被害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Salt water caused serious damage to farmland near the coast.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crime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犯罪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Better street lighting helped reduce crime in the neighborhood.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district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地区、区域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old shopping district has attracted many new restaurants.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employee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従業員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Every employee must complete the online safety course.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fear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恐れ、不安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Fear of another earthquake kept many residents outside overnight.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equipment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設備、装置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rescue team carried special equipment for working underwater.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requirement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必要条件、要件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passport is a basic requirement for international travel.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review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見直し、評論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review of the program found that it had reduced energy use.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edge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端、縁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houses were built close to the edge of the cliff.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scale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規模、尺度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scale of the problem became clear after the survey.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miss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失敗、外れ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His final shot was a miss, and the other team won the game.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scene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場面、現場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Police asked people to stay away from the scene of the accident.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opposition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反対、対立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project faced strong opposition from local farmers.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strategy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戦略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company's strategy is to sell fewer products but make them last longer.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option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選択肢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Taking the train is the cheapest option for students.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帯、楽団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narrow band of forest protects the village from strong coastal winds.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stock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在庫、株式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store ran out of stock after the product became popular online.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expression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表現、表情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facial expression changed when she heard the result.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601-640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16/25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failure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失敗、故障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Engine failure forced the pilot to make an emergency landing.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contact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接触、連絡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contact with native speakers helped her improve her English.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reader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読者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author gives the reader several examples from everyday life.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official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役人、当局者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government official confirmed that the bridge would reopen on Friday.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N199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status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地位、状態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species was given protected status after its population fell sharply.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strength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強さ、長所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One strength of the new material is its resistance to heat.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marriage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結婚、婚姻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Their marriage brought together two families from different cultural backgrounds.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cash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現金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small shop accepts cards, but many older customers still pay in cash.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trust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信頼、信用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Public trust in the company fell after the data were found to be false.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contribution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貢献、寄付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research made an important contribution to modern vaccine development.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turn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順番、転換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When it was her turn, she presented the team's results to the class.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debate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討論、論争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debate over nuclear power has continued for decades.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基礎、拠点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 team set up a temporary base near the glacier.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reform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改革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education reform introduced more practical science lessons.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file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ファイル、書類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patient file contains test results from the past five years.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transport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輸送、交通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Public transport is limited in villages far from the city.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safety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安全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Passenger safety is the airline's highest priority.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works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作品、工場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displays several early works by the famous painter.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trial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裁判、試験、試み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drug showed promising results in a small clinical trial.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agent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代理人、作用物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chemical agent can damage plant cells if used in large amounts.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balance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均衡、残高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lake's ecological balance was disturbed when a new fish species was introduced.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presence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存在、出席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presence of plastic in the stomachs of seabirds worries scientists.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branch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枝、支店、部門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bank closed a small branch because most customers had moved to online services.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protection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保護、防護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wetland is under legal protection because many rare birds breed there.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league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連盟、リーグ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team finished second in the national league.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candidate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候補者、志願者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Each candidate gave a short speech before the election.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length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長さ、期間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length of the bridge makes regular inspection difficult.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master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主人、達人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young musician studied under a master of traditional Japanese music.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accident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事故、偶然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investigation found that poor maintenance had contributed to the accident.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vote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票、投票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final vote was 58 in favor and 42 against.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doubt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疑い、疑問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is little doubt that the climate is becoming warmer.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consequence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結果、影響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One consequence of cutting down forests is the loss of animal habitats.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move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動き、行動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company's move into online sales increased its number of customers.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assessment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評価、査定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environmental assessment found that the project would damage the wetland.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痛み、苦痛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treatment reduced the patient's pain within a few hours.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consideration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考慮、配慮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Cost was an important consideration when the town chose a new bus system.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spirit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精神、気持ち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volunteers showed a strong spirit of cooperation during the cleanup.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proportion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割合、比率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large proportion of the island is covered by forest.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studio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スタジオ、制作室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film was produced in a small studio outside the city.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route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道筋、経路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bus route connects the hospital with three nearby villages.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641-680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17/25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credit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信用、功績、単位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received full credit for discovering the mistake in the data.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employer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雇用主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employer offered flexible working hours to parents with young children.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impact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影響、衝撃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airport had a major impact on local tourism.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objective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目的、目標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first objective is to provide safe drinking water to every household.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understanding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理解、認識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basic understanding of statistics helps readers judge scientific claims.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offer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申し出、提案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accepted an offer to join the research team in April.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道、小道、進路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narrow path leads from the village to the lake.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vehicle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乗り物、車両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Electric vehicles produce no exhaust gases while they are being driven.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progress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進歩、進展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patient made steady progress and was able to leave the hospital a week later.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battle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戦い、戦闘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battle lasted only a few hours but changed the course of the war.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reaction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反応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announcement caused a strong reaction among local residents.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colleague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同僚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colleague showed him how to operate the new machine safely.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track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跡、線路、競技走路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Animal tracks in the snow showed that wolves had crossed the road.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expert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専門家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An expert in marine biology examined the injured turtle.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aim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目的、狙い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main aim of the project is to reduce food waste in schools.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injury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けが、損傷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returned to work after recovering from a knee injury.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belief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信念、考え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His belief that education can change lives influenced his work.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package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包み、パッケージ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package arrived two days late because of bad weather.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意見、コメント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One student's comment led the class to look at the issue from a different angle.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confidence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自信、信頼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Speaking in small groups helped the students gain confidence.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distance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距離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distance between the village and the nearest clinic is nearly forty kilometers.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generation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世代、発生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younger generation tends to get news from social media.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justice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正義、司法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court system is expected to protect both public safety and justice.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insurance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Health insurance helps families pay for expensive medical treatment.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link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つながり、リンク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found a link between poor sleep and lower test scores.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sample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見本、標本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laboratory tested a sample of water from the river.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politics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政治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became interested in politics after volunteering in a local election.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commitment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約束、責任、献身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commitment to the project helped the team overcome several problems.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estate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不動産、財産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old estate includes a large house and several gardens.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conflict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対立、紛争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conflict forced thousands of people to leave their homes.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prison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刑務所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old prison was later converted into a museum.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legislation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法律、立法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New legislation requires companies to reduce plastic waste.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reality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現実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reality of farming in a dry climate is harsher than many visitors expect.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threat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脅威、脅し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Climate change is a serious threat to many coastal communities.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sight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視界、光景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sight of hundreds of birds returning at sunset attracts many visitors.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volume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量、容積、巻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volume of traffic usually increases during the morning rush hour.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ワイン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region is famous for wine made from grapes grown on its hillsides.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administration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行政、運営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administration promised to improve public transportation.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debt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借金、負債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reduced its debt by selling unused property.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author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著者、作者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author interviewed farmers before writing the book.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681-720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18/25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background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背景、経歴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background in engineering helped her understand the technical problem quickly.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discipline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規律、学問分野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Ecology is a scientific discipline that studies relationships among living things.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cabinet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内閣、戸棚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cabinet approved emergency spending after the flood.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distribution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分配、流通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Poor distribution of food can cause shortages even when enough is produced.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engine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エンジン、機関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engine uses less fuel and produces fewer emissions.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existence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存在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discovery confirmed the existence of water beneath the ice.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entry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入場、記入、応募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Late entries for the competition will not be accepted.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fee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料金、手数料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charges a small entrance fee on weekends.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introduction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導入、紹介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introduction of electric buses reduced noise in the city center.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gentleman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紳士、男性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An elderly gentleman offered his seat to a woman carrying a baby.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manner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方法、態度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samples must be stored in a manner that prevents contamination.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housing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住宅、住宅供給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plans to build affordable housing near major train stations.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stuff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物、材料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Most of the stuff in the old storage room was no longer useful.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improvement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改善、向上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has been a clear improvement in water quality since the factory closed.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yard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庭、ヤード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children planted vegetables in a small yard behind the school.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唇、（容器の）縁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bit his lip while waiting for the results.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investigation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調査、捜査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investigation revealed several failures in the safety system.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session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会合、授業・会期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morning session focused on ways to reduce school waste.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regulation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規則、規制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new regulation limits the amount of waste factories may release into rivers.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sheet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一枚、シート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Each student received a sheet containing the experiment instructions.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relief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安心、救済、軽減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Rain brought some relief to farmers after weeks of extreme heat.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規則、暗号、コード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Building codes require emergency exits on every floor.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row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列、並び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planted the seeds in a straight row along the edge of the field.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crisis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危機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country faced an energy crisis after fuel imports were interrupted.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賃金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minimum wage increased at the beginning of the year.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loan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貸付金、融資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took out a loan to start a small business.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category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分類、部門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researchers placed each response into one of four categories.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prince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王子、皇子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prince opened the new children's hospital during his visit.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consumer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消費者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Today's consumers often compare prices online before buying expensive products.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representative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代表者、代理人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representative from each village attended the meeting.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exhibition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展示会、展示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exhibition includes photographs taken during the first Antarctic expedition.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資産、強み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Its skilled workforce is one of the company's greatest assets.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appearance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外見、出現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sudden appearance of cracks forced engineers to close the bridge.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explanation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説明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scientist offered a simple explanation for the strange result.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construction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建設、構造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Construction of the new hospital is expected to begin next spring.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freedom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自由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Freedom of speech is protected by law in many countries.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contrast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対照、対比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is a sharp contrast between the crowded city center and the quiet suburbs.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limit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限界、制限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is a strict limit on the amount of water each farm may use.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N296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description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説明、描写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witness gave police a detailed description of the vehicle.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pension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年金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After retiring, he relied mainly on his pension for income.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721-760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19/25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unemployment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失業、失業率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Unemployment rose when several factories closed.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murder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殺人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murder shocked residents of the normally quiet town.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writing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文章、執筆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writing became clearer after she began organizing ideas before drafting.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run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走行、連続、運行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train makes three runs between the cities every morning.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capacity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能力、容量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hall has a seating capacity of 500 people.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tape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テープ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package was sealed with strong tape before shipping.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finance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財政、金融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course teaches students the basics of personal finance.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weapon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武器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Police found no weapon at the scene.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selection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選択、選抜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final selection of candidates will be announced next week.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absence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不在、欠席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absence from school lasted nearly two weeks.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victory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勝利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team's victory was celebrated throughout the town.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acid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酸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factory must prevent acid from leaking into the river.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youth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若者、青年期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center provides job training for unemployed youth.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assembly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集会、組立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students gathered in the gym for a special assembly.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aircraft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航空機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aircraft was designed to use less fuel on long flights.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birth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誕生、出生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birth of the internet changed how information is shared.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decade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10年間、年代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city's population doubled in a single decade.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criticism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批判、批評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plan received criticism for ignoring the needs of older residents.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definition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定義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dictionary gives a clear definition of each technical term.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error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誤り、エラー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small error in the calculation changed the final result.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examination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試験、検査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medical examination showed no serious damage to his heart.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immigrant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移民、移住者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immigrants opened small businesses after settling in the city.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intention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意図、目的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announced its intention to stop using coal by 2035.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settlement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解決、入植地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two sides reached a settlement without going to court.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notice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通知、注意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Residents received a notice warning them about temporary water cuts.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teaching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教育、教えること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Online teaching became common when schools were forced to close.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output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生産量、出力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Factory output fell during the shortage of electronic parts.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transfer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移動、移転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transfer of patients to another hospital took several hours.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thanks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感謝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rescue team received public thanks for its quick response.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channel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経路、チャンネル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river flows through a narrow channel before reaching the sea.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offense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犯罪、攻撃、違反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Driving without a license is a serious offense in many countries.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component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構成要素、部品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battery is the most expensive component of the electric vehicle.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reduction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削減、減少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reduction in traffic helped improve air quality downtown.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cut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切り傷、削減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school faced a budget cut after student numbers fell.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appointment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任命、予約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made an appointment with a specialist for the following Monday.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desire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欲望、願望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desire to help others led her to become a doctor.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concentration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集中、濃度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concentration of salt in the water increased during the dry season.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grant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助成金、給付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laboratory received a government grant to study clean energy.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enterprise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企業、事業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family enterprise grew from a small shop into a national company.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implication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含意、影響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discovery has important implications for future cancer treatment.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761-800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20/25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institute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研究所、協会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institute conducts research on tropical diseases.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journey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旅、行程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journey across the desert took nearly two weeks.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photograph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写真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photograph taken in 1920 shows how small the town once was.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metal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金属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bridge uses a lightweight metal that does not rust easily.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recognition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認識、評価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scientist received international recognition for her work on vaccines.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phase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段階、局面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project entered its final phase after three years of testing.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republic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共和国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country became a republic after the king lost power.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sequence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順序、連続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photographs show the sequence of events leading up to the eruption.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emission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排出、放出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factory reduced the emission of harmful gases by installing new equipment.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合計、金額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charity raised a large sum of money for earthquake victims.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expenditure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支出、経費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Government expenditure on health care increased last year.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violence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暴力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program teaches young people how to solve conflicts without violence.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experiment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実験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experiment tested how plants respond to different amounts of light.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display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展示、表示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digital display shows the amount of energy being used.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household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世帯、家庭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Each household was asked to reduce water use during the drought.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emphasis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強調、重点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course places strong emphasis on practical communication skills.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publication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出版物、出版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publication of the results attracted international attention.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gallery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美術館、画廊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gallery is exhibiting photographs of life in the Arctic.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screen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画面、スクリーン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information appears on the screen after the card is scanned.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gun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銃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museum displays an old gun used during the civil war.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silence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沈黙、静けさ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moment of silence was held for the victims of the disaster.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heat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熱、暑さ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Extreme heat forced several schools to cancel outdoor activities.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treaty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条約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two nations signed a treaty to protect the shared river.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location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場所、位置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chose the location because it was close to a major port.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assumption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仮定、想定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calculation is based on the assumption that fuel prices will remain stable.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ministry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省、行政機関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health ministry issued new advice on preventing infection.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captain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船長、主将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captain ordered everyone to put on a life jacket.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professor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教授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professor studies how plants grow in dry areas.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congress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議会、会議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Congress approved additional funding for disaster relief.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reading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読書、読み物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reading helps students encounter unfamiliar words in context.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connection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つながり、接続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new ferry provides a direct connection between the island and the mainland.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theme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主題、テーマ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Migration is a central theme of the novel.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cover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覆い、表紙、補償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book has a bright red cover.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combination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組み合わせ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combination of exercise and a balanced diet improved the patients' health.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crowd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群衆、人混み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large crowd gathered outside the station to welcome the team.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faith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信頼、信仰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residents lost faith in the system after repeated failures.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curriculum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教育課程、カリキュラム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Climate education was added to the national science curriculum.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hell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地獄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In the story, the hero believes he has been sent to hell.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initiative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主導権、取り組み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community initiative turned an empty lot into a public garden.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interpretation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解釈、通訳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Different historians have offered different interpretations of the event.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801-840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21/25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learning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学習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Language learning becomes easier when students use new words regularly.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incident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出来事、事件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airline changed its procedures after a serious safety incident.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priority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優先事項、優先度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Repairing the damaged bridge became the town's top priority.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index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索引、指数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price index rose for the third month in a row.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N399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prospect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見込み、展望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prospect of finding a stable job encouraged him to complete the course.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suggestion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提案、示唆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suggestion to reuse rainwater was included in the final plan.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soldier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兵士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soldier carried the injured child to safety.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valley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narrow river runs through the center of the valley.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troop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部隊、軍隊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Additional troops were sent to protect civilians in the region.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characteristic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特徴、特性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distinctive characteristic of this bird is its bright blue tail.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alternative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代替案、選択肢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Wind power offers an alternative to electricity generated from coal.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deputy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代理、次席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mayor's deputy spoke at the meeting.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breath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息、呼吸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After running up the stairs, she stopped to catch her breath.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engineering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工学、技術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chose to study engineering because she wanted to design safer bridges.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石炭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countries are reducing their dependence on coal for electricity.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foundation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基礎、財団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foundation provides scholarships for students from low-income families.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crown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王冠、王位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crown is kept in a secure room inside the palace.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獲物、被食者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Owls can find their prey even in very low light.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flow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流れ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dam changed the natural flow of the river.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religion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宗教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Religion has influenced the art and architecture of the region for centuries.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lane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小道、車線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new bicycle lane was built along the main road.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representation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表現、代表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chart gives a visual representation of changes in population.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literature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文学、文献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report reviews recent scientific literature on ocean warming.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request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依頼、要求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hospital rejected the request because no beds were available.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membership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会員資格、会員数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Museum membership gives visitors free entry for a year.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specialist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専門家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heart specialist examined the patient before surgery.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motion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動き、動議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council rejected a motion to close the public library.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tone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調子、口調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writer uses a humorous tone even when discussing serious problems.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release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解放、発売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release of the new vaccine was delayed by further safety tests.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鎖、連鎖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break in the supply chain delayed production for several weeks.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revenue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収入、歳入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Ticket revenue is used to maintain the historic railway.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circle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円、輪、集団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children sat in a circle and shared their ideas.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total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合計、総額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total came to more than ten million dollars.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creation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創造、創作物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creation of the national park helped protect several rare species.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variation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変化、変動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is considerable variation in rainfall from year to year.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observation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観察、所見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Careful observation revealed that the insects were active only at night.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border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国境、境界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river forms part of the border between the two countries.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shot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発砲、試み、写真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photographer waited an hour to get a clear shot of the eagle.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criterion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基準、判断基準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Safety is the most important criterion when choosing a school bus.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strike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ストライキ、攻撃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Bus services stopped during a two-day drivers' strike.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841-880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22/25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atmosphere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雰囲気、大気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small café has a relaxed atmosphere that attracts students.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liability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責任、負債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accepted liability for the damage caused by the leak.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championship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選手権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won the national swimming championship at the age of seventeen.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motor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モーター、原動機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small electric motor powers the device.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clause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条項、節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contract contains a clause allowing either side to end the agreement early.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negotiation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交渉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After weeks of negotiation, the workers and the company reached an agreement.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coast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海岸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Several fishing villages lie along the northern coast.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origin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起源、出身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exact origin of the tradition is still unknown.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defendant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被告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defendant denied causing the accident.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potential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可能性、潜在力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Solar energy has great potential in regions with long hours of sunshine.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distinction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区別、相違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study makes a clear distinction between short-term and long-term effects.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servant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使用人、公務員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novel describes the life of a servant in a wealthy household.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enemy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castle walls were designed to keep enemy soldiers out.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tank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戦車、タンク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building stores rainwater in a large underground tank.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fashion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流行、方式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fashion for single-use products is beginning to change.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welfare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福祉、幸福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program was designed to improve the welfare of elderly people living alone.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god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In the ancient story, the god controls the wind and the sea.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bone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X-ray showed that the bone had healed completely.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impression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印象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clean streets gave visitors a positive impression of the city.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champion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優勝者、擁護者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Olympic champion visited local schools to encourage young athletes.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leadership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指導力、指導部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Strong leadership helped the community recover quickly after the flood.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chief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長、責任者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fire chief ordered residents to leave the area immediately.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marketing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販売促進、マーケティング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company changed its marketing to appeal to younger consumers.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citizen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市民、国民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Every citizen has the right to vote after reaching the legal age.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大量、集団、質量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object has a mass of five kilograms.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convention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大会、慣習、条約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More than two thousand doctors attended the annual medical convention.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mechanism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仕組み、機構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Researchers are still trying to understand the mechanism that causes the disease.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editor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編集者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editor asked the writer to shorten the article by two pages.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panel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委員団、パネル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panel of experts reviewed the safety data.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expense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費用、出費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Travel expenses were higher than the research team had expected.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revolution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革命、大変革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industrial revolution transformed how goods were produced.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fuel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燃料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aircraft carries enough fuel to fly for twelve hours.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advance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前進、進歩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Recent advances in battery technology have made electric cars more practical.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general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将軍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general told the soldiers to leave the city before dark.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drawing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絵、図面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architect showed the client a drawing of the new library.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height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高さ、身長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height of the wall makes it difficult to see the garden from outside.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establishment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設立、施設、体制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establishment of the research center created many skilled jobs.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palace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宮殿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palace is open to visitors during the summer months.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iron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old bridge was built mainly from iron.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prisoner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囚人、捕虜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prisoner was released after new evidence was found.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881-920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23/25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significance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重要性、意味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Scientists did not understand the significance of the discovery at first.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corporation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企業、法人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corporation employs more than ten thousand people worldwide.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trend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傾向、流行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data show a long-term trend toward smaller households.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apartment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アパート、集合住宅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They moved into an apartment close to the university campus.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N479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vision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視力、展望、構想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vision for the town includes more parks and fewer cars.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arrival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到着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arrival of the railway transformed the small farming town.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warning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警告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weather service issued a warning about strong winds.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bay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湾、入り江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fishing boats returned to the bay before the storm arrived.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achievement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達成、業績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Completing the bridge ahead of schedule was a major engineering achievement.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boss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上司、社長、ボス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boss encouraged the team to test a different solution.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being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生き物、存在（human being で人間）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Every living being needs clean water to survive.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burden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負担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High medical costs can place a heavy burden on low-income families.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comparison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比較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comparison of the two methods showed that the newer one used less energy.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carbon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炭素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Forests store carbon that would otherwise remain in the atmosphere.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cross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十字架、交差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stone cross stands near the entrance to the old church.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childhood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子ども時代、幼少期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spent much of his childhood in a village near the sea.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democracy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民主主義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Free elections are an important part of democracy.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climate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気候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island has a warm climate throughout the year.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diet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食事、食生活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diet rich in vegetables can help reduce the risk of heart disease.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contrary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4"/>
              </w:rPr>
              <w:t>(on the contrary で)それどころか、反対に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 expected the road to be quiet. On the contrary, it was full of traffic.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expectation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期待、予想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final cost was far above the original expectation.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costume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衣装、服装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Actors wore costumes based on clothing from the eighteenth century.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notion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考え、概念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notion that all insects are harmful is mistaken.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countryside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田舎、田園地帯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young families have moved from the city to the countryside.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N489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outcome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結果、成果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outcome of the experiment depended on the temperature of the water.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N509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creature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生き物、生物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deep-sea creature produces its own light in complete darkness.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predator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捕食者、肉食動物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shark is a predator that feeds on smaller fish.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cycle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周期、循環、サイクル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water cycle moves water continuously between the land, ocean, and atmosphere.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rail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鉄道、レール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rail line will connect the airport with the city center.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dozen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1ダース、12個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research team collected more than a dozen samples from the lake.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signal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信号、合図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red signal warned the driver to stop the train.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emotion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感情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Music can express emotion even without words.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working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4"/>
              </w:rPr>
              <w:t>(the workings of で)仕組み、働き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workings of the machine are explained with a simple diagram.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emperor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皇帝、天皇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emperor ordered the construction of a new road across the mountains.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charity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慈善、慈善団体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charity gives food and clothes to families in need.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empire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帝国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At its height, the empire controlled trade across a vast region.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column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列、柱、コラム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figures in the final column show the percentage change.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exploration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探検、探索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Space exploration has produced technologies that are now used on Earth.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N496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complaint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苦情、不満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hotel received a complaint about noise from a nearby construction site.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illness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病気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missed several weeks of school because of a serious illness.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921-960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24/25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ingredient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材料、原料／料理の材料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label lists every ingredient used in the product.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sake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目的、利益（for the sake of ～）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For the sake of safety, the bridge was closed during the storm.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inquiry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問い合わせ、質問／調査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government opened an inquiry into the cause of the bridge collapse.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sculpture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彫刻、彫刻作品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bronze sculpture was created by a local artist.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N519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insect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昆虫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This insect feeds on leaves and can damage crops.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slice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薄切り、一切れ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She added a slice of lemon to the glass of water.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instance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例、場合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This is one instance in which a small design change saved a great deal of energy.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storage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保管、貯蔵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hospital needs more storage for medicines that must be kept cold.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journal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雑誌、専門誌／日誌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study appeared in an international medical journal.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substance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物質／実質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laboratory identified an unknown substance in the water sample.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lifestyle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生活様式、ライフスタイル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less active lifestyle can increase the risk of several diseases.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supplier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供給業者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factory changed its supplier after repeated delays in deliveries.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mail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郵便、メール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documents were sent by mail because the village had no internet access.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temper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気性、気質／かんしゃく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 has a quick temper and sometimes regrets what he says when angry.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method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方法、手法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new method produces clean water without using electricity.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tendency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傾向、性向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There is a growing tendency for people to work from home.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muscle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筋肉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exercise strengthens the muscles that support the back.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tradition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伝統、慣習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festival is a local tradition that has continued for hundreds of years.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poet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詩人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poet wrote about ordinary life in the crowded city.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wedding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結婚式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More than one hundred guests attended the wedding.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poetry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詩、詩歌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Her poetry often describes the changing seasons in the countryside.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whale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クジラ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blue whale can travel thousands of kilometers in a year.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population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人口、個体数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island's population has fallen as young people move to larger cities.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wolf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オオカミ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number of wolves increased after hunting was restricted.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N529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preference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好み、選好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consumers show a preference for products with less packaging.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N549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cliff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崖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Heavy rain caused part of the cliff to collapse into the sea.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promotion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昇進／販売促進、宣伝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promotion of public transport helped reduce traffic in the city center.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philosopher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哲学者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philosopher wrote about the relationship between freedom and responsibility.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quantity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量、数量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machine measures the exact quantity of water used each day.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loyalty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忠誠、忠実さ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Customer loyalty often grows when a company provides reliable service.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resident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住民、居住者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Every resident received information about the evacuation route.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ignorance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無知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Ignorance of basic safety rules can lead to serious accidents.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resort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行楽地、リゾート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mountain resort depends heavily on winter tourism.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civilization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文明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Ancient civilizations developed along rivers that provided water and fertile soil.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deadline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締め切り、期限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Students must submit the report before the deadline.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anxiety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不安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Regular exercise can help reduce anxiety before an important exam.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ruin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廃墟／破滅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earthquake left several historic buildings in ruins.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species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種、種類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Many species of birds depend on wetlands for food and shelter.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N536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sacrifice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犠牲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Protecting the forest required a financial sacrifice from local landowners.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habitat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生息地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forest provides an important habitat for several endangered animals.</w:t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p>
      <w:r>
        <w:br w:type="page"/>
      </w:r>
    </w:p>
    <w:p>
      <w:pPr>
        <w:spacing w:after="20"/>
        <w:jc w:val="center"/>
      </w:pPr>
      <w:r>
        <w:rPr>
          <w:rFonts w:ascii="Noto Sans CJK JP" w:hAnsi="Noto Sans CJK JP" w:eastAsia="Noto Sans CJK JP"/>
          <w:b/>
          <w:sz w:val="27"/>
        </w:rPr>
        <w:t>英検2級 Reading 語彙リスト　961-975</w:t>
      </w:r>
    </w:p>
    <w:p>
      <w:pPr>
        <w:spacing w:after="40"/>
        <w:jc w:val="right"/>
      </w:pPr>
      <w:r>
        <w:rPr>
          <w:rFonts w:ascii="Noto Sans CJK JP" w:hAnsi="Noto Sans CJK JP" w:eastAsia="Noto Sans CJK JP"/>
          <w:b w:val="0"/>
          <w:sz w:val="17"/>
        </w:rPr>
        <w:t>第二回英検対策講座　25/25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  <w:gridCol w:w="2466"/>
        <w:gridCol w:w="2466"/>
      </w:tblGrid>
      <w:tr>
        <w:trPr>
          <w:trHeight w:val="541" w:hRule="exact"/>
          <w:tblHeader w:val="true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No.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Word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意味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AEAEA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/>
                <w:sz w:val="17"/>
              </w:rPr>
              <w:t>Example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shortage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不足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city faced a serious water shortage after months without rain.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N565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agriculture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農業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Modern agriculture uses technology to produce more food with less water.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poverty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貧困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Education can play an important role in reducing poverty.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N566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participant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参加者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Each participant completed a short survey before the experiment began.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N559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symptom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症状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 high fever is one common symptom of the disease.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N567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recovery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回復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patient's recovery was faster than doctors had expected.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nutrient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栄養素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Plants absorb nutrients from the soil through their roots.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N568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statistics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統計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latest statistics show that fewer young people are driving cars.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drought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干ばつ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The long drought caused serious damage to farms in the region.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N569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opportunity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機会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Online courses give people in remote areas more opportunities to study.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N562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ecosystem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生態系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Removing one species can affect the balance of an entire ecosystem.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N570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waste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廃棄物、無駄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Food waste is a major environmental problem in many countries.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N563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conservation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保護、保存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Wildlife conservation requires cooperation between governments and local communities.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N571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extinction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絶滅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Habitat loss is one of the main causes of animal extinction.</w:t>
            </w:r>
          </w:p>
        </w:tc>
      </w:tr>
      <w:tr>
        <w:trPr>
          <w:trHeight w:val="541" w:hRule="exact"/>
        </w:trPr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  <w:jc w:val="center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  <w:t>N564</w:t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/>
                <w:sz w:val="20"/>
              </w:rPr>
              <w:t>pollution</w:t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6"/>
              </w:rPr>
              <w:t>汚染</w:t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Arial" w:hAnsi="Arial" w:eastAsia="Noto Sans CJK JP"/>
                <w:b w:val="0"/>
                <w:sz w:val="14"/>
              </w:rPr>
              <w:t>Air pollution can increase the risk of health problems in large cities.</w:t>
            </w:r>
          </w:p>
        </w:tc>
        <w:tc>
          <w:tcPr>
            <w:tcW w:type="dxa" w:w="56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</w:r>
          </w:p>
        </w:tc>
        <w:tc>
          <w:tcPr>
            <w:tcW w:type="dxa" w:w="1587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</w:r>
          </w:p>
        </w:tc>
        <w:tc>
          <w:tcPr>
            <w:tcW w:type="dxa" w:w="243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</w:r>
          </w:p>
        </w:tc>
        <w:tc>
          <w:tcPr>
            <w:tcW w:type="dxa" w:w="5159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</w:tcPr>
          <w:p>
            <w:pPr>
              <w:spacing w:before="0" w:after="0" w:line="228" w:lineRule="auto"/>
            </w:pPr>
            <w:r/>
            <w:r>
              <w:rPr>
                <w:rFonts w:ascii="Noto Sans CJK JP" w:hAnsi="Noto Sans CJK JP" w:eastAsia="Noto Sans CJK JP"/>
                <w:b w:val="0"/>
                <w:sz w:val="15"/>
              </w:rPr>
            </w:r>
          </w:p>
        </w:tc>
      </w:tr>
    </w:tbl>
    <w:p>
      <w:pPr>
        <w:spacing w:before="20" w:after="0"/>
      </w:pPr>
      <w:r>
        <w:rPr>
          <w:rFonts w:ascii="Noto Sans CJK JP" w:hAnsi="Noto Sans CJK JP" w:eastAsia="Noto Sans CJK JP"/>
          <w:b w:val="0"/>
          <w:sz w:val="16"/>
        </w:rPr>
        <w:t>V＝動詞 / N＝名詞　　1ページ40語（20語テスト×2セット）</w:t>
      </w:r>
    </w:p>
    <w:sectPr w:rsidR="00FC693F" w:rsidRPr="0006063C" w:rsidSect="00034616">
      <w:pgSz w:w="20636" w:h="14570" w:orient="landscape"/>
      <w:pgMar w:top="397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JP" w:hAnsi="Noto Sans CJK JP" w:eastAsia="Noto Sans CJK JP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